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360"/>
        <w:jc w:val="center"/>
      </w:pPr>
      <w:r>
        <w:rPr>
          <w:b/>
        </w:rPr>
        <w:t>[ŞEHİR] [..]. İCRA DAİRESİ MÜDÜRLÜĞÜNE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3024"/>
        <w:gridCol w:w="3024"/>
        <w:gridCol w:w="3024"/>
      </w:tblGrid>
      <w:tr>
        <w:tc>
          <w:tcPr>
            <w:tcW w:type="dxa" w:w="1928"/>
          </w:tcPr>
          <w:p>
            <w:pPr>
              <w:spacing w:after="160"/>
            </w:pPr>
            <w:r>
              <w:rPr>
                <w:b/>
              </w:rPr>
              <w:t>DOSYA NO</w:t>
            </w:r>
          </w:p>
        </w:tc>
        <w:tc>
          <w:tcPr>
            <w:tcW w:type="dxa" w:w="283"/>
          </w:tcPr>
          <w:p>
            <w:pPr>
              <w:spacing w:after="160"/>
            </w:pPr>
            <w:r>
              <w:rPr>
                <w:b/>
              </w:rPr>
              <w:t>:</w:t>
            </w:r>
          </w:p>
        </w:tc>
        <w:tc>
          <w:tcPr>
            <w:tcW w:type="dxa" w:w="6860"/>
          </w:tcPr>
          <w:p>
            <w:pPr>
              <w:spacing w:after="160"/>
            </w:pPr>
            <w:r>
              <w:rPr/>
              <w:t>[20XX/.....] Esas</w:t>
            </w:r>
          </w:p>
        </w:tc>
      </w:tr>
      <w:tr>
        <w:tc>
          <w:tcPr>
            <w:tcW w:type="dxa" w:w="1928"/>
          </w:tcPr>
          <w:p>
            <w:pPr>
              <w:spacing w:after="160"/>
            </w:pPr>
            <w:r>
              <w:rPr>
                <w:b/>
              </w:rPr>
              <w:t>BORÇLU</w:t>
            </w:r>
          </w:p>
        </w:tc>
        <w:tc>
          <w:tcPr>
            <w:tcW w:type="dxa" w:w="283"/>
          </w:tcPr>
          <w:p>
            <w:pPr>
              <w:spacing w:after="160"/>
            </w:pPr>
            <w:r>
              <w:rPr>
                <w:b/>
              </w:rPr>
              <w:t>:</w:t>
            </w:r>
          </w:p>
        </w:tc>
        <w:tc>
          <w:tcPr>
            <w:tcW w:type="dxa" w:w="6860"/>
          </w:tcPr>
          <w:p>
            <w:pPr>
              <w:spacing w:after="0"/>
            </w:pPr>
            <w:r>
              <w:rPr/>
              <w:t>[Ad Soyad] (T.C. Kimlik No: [...........])</w:t>
            </w:r>
          </w:p>
          <w:p>
            <w:pPr>
              <w:spacing w:after="160"/>
            </w:pPr>
            <w:r>
              <w:rPr/>
              <w:t>Tebligat adresi: [Yurt içindeki açık adres]</w:t>
            </w:r>
          </w:p>
        </w:tc>
      </w:tr>
      <w:tr>
        <w:tc>
          <w:tcPr>
            <w:tcW w:type="dxa" w:w="1928"/>
          </w:tcPr>
          <w:p>
            <w:pPr>
              <w:spacing w:after="160"/>
            </w:pPr>
            <w:r>
              <w:rPr>
                <w:b/>
              </w:rPr>
              <w:t>ALACAKLI</w:t>
            </w:r>
          </w:p>
        </w:tc>
        <w:tc>
          <w:tcPr>
            <w:tcW w:type="dxa" w:w="283"/>
          </w:tcPr>
          <w:p>
            <w:pPr>
              <w:spacing w:after="160"/>
            </w:pPr>
            <w:r>
              <w:rPr>
                <w:b/>
              </w:rPr>
              <w:t>:</w:t>
            </w:r>
          </w:p>
        </w:tc>
        <w:tc>
          <w:tcPr>
            <w:tcW w:type="dxa" w:w="6860"/>
          </w:tcPr>
          <w:p>
            <w:pPr>
              <w:spacing w:after="160"/>
            </w:pPr>
            <w:r>
              <w:rPr/>
              <w:t>[Ad Soyad / Unvan]</w:t>
            </w:r>
          </w:p>
        </w:tc>
      </w:tr>
      <w:tr>
        <w:tc>
          <w:tcPr>
            <w:tcW w:type="dxa" w:w="1928"/>
          </w:tcPr>
          <w:p>
            <w:pPr>
              <w:spacing w:after="160"/>
            </w:pPr>
            <w:r>
              <w:rPr>
                <w:b/>
              </w:rPr>
              <w:t>KONU</w:t>
            </w:r>
          </w:p>
        </w:tc>
        <w:tc>
          <w:tcPr>
            <w:tcW w:type="dxa" w:w="283"/>
          </w:tcPr>
          <w:p>
            <w:pPr>
              <w:spacing w:after="160"/>
            </w:pPr>
            <w:r>
              <w:rPr>
                <w:b/>
              </w:rPr>
              <w:t>:</w:t>
            </w:r>
          </w:p>
        </w:tc>
        <w:tc>
          <w:tcPr>
            <w:tcW w:type="dxa" w:w="6860"/>
          </w:tcPr>
          <w:p>
            <w:pPr>
              <w:spacing w:after="160"/>
            </w:pPr>
            <w:r>
              <w:rPr/>
              <w:t>Ödeme emrine itirazlarımın bildirilmesi ve takibin durdurulması talebidir.</w:t>
            </w:r>
          </w:p>
        </w:tc>
      </w:tr>
    </w:tbl>
    <w:p>
      <w:pPr>
        <w:spacing w:after="0"/>
      </w:pPr>
    </w:p>
    <w:p>
      <w:pPr>
        <w:keepNext/>
        <w:spacing w:before="200" w:after="80"/>
      </w:pPr>
      <w:r>
        <w:rPr>
          <w:b/>
        </w:rPr>
        <w:t>AÇIKLAMALAR:</w:t>
      </w:r>
    </w:p>
    <w:p>
      <w:pPr>
        <w:tabs>
          <w:tab w:pos="454" w:val="left"/>
        </w:tabs>
        <w:ind w:left="454" w:hanging="454"/>
        <w:jc w:val="both"/>
      </w:pPr>
      <w:r>
        <w:rPr/>
        <w:t>1.</w:t>
        <w:tab/>
        <w:t>Yukarıda numarası yazılı dosyadan gönderilen ödeme emri bana [GG.AA.YYYY] tarihinde tebliğ edilmiştir. İtirazım yedi günlük yasal süre içindedir.</w:t>
      </w:r>
    </w:p>
    <w:p>
      <w:pPr>
        <w:tabs>
          <w:tab w:pos="454" w:val="left"/>
        </w:tabs>
        <w:ind w:left="454" w:hanging="454"/>
        <w:jc w:val="both"/>
      </w:pPr>
      <w:r>
        <w:rPr/>
        <w:t>2.</w:t>
        <w:tab/>
        <w:t>Borca itiraz: Alacaklıya [herhangi bir borcum bulunmamaktadır / takip konusu borç [GG.AA.YYYY] tarihinde ödenmiştir]. Takibe konu alacağın tamamına, işlemiş ve işleyecek faize, faiz oranına ve tüm ferilerine itiraz ediyorum.</w:t>
      </w:r>
    </w:p>
    <w:p>
      <w:pPr>
        <w:tabs>
          <w:tab w:pos="454" w:val="left"/>
        </w:tabs>
        <w:ind w:left="454" w:hanging="454"/>
        <w:jc w:val="both"/>
      </w:pPr>
      <w:r>
        <w:rPr/>
        <w:t>3.</w:t>
        <w:tab/>
        <w:t>[Borcun bir kısmına itiraz ediliyorsa: Takip konusu [.....] TL'nin [.....] TL'lik kısmını kabul ediyor, kalan [.....] TL'lik kısmına [sebep] nedeniyle itiraz ediyorum.]</w:t>
      </w:r>
    </w:p>
    <w:p>
      <w:pPr>
        <w:tabs>
          <w:tab w:pos="454" w:val="left"/>
        </w:tabs>
        <w:ind w:left="454" w:hanging="454"/>
        <w:jc w:val="both"/>
      </w:pPr>
      <w:r>
        <w:rPr/>
        <w:t>4.</w:t>
        <w:tab/>
        <w:t>İmzaya itiraz: Takibe dayanak gösterilen [GG.AA.YYYY] tarihli [belgenin türü] altındaki imza bana ait değildir. Bu belgedeki imzaya açıkça itiraz ediyorum.</w:t>
      </w:r>
    </w:p>
    <w:p>
      <w:pPr>
        <w:tabs>
          <w:tab w:pos="454" w:val="left"/>
        </w:tabs>
        <w:ind w:left="454" w:hanging="454"/>
        <w:jc w:val="both"/>
      </w:pPr>
      <w:r>
        <w:rPr/>
        <w:t>5.</w:t>
        <w:tab/>
        <w:t>Yetkiye itiraz: [Gerekiyorsa: Yerleşim yerim [.....] olup takibe esas sözleşme de [.....]'da yapılmıştır. Takip yetkisiz icra dairesinde başlatılmıştır; yetkili icra dairesi [.....] İcra Dairesidir.]</w:t>
      </w:r>
    </w:p>
    <w:p>
      <w:pPr>
        <w:tabs>
          <w:tab w:pos="454" w:val="left"/>
        </w:tabs>
        <w:ind w:left="454" w:hanging="454"/>
        <w:jc w:val="both"/>
      </w:pPr>
      <w:r>
        <w:rPr/>
        <w:t>6.</w:t>
        <w:tab/>
        <w:t>Dava ve takip işlemlerine esas olmak üzere yurt içindeki adresim yukarıda yazılıdır.</w:t>
      </w:r>
    </w:p>
    <w:p>
      <w:pPr>
        <w:keepNext/>
        <w:spacing w:before="200" w:after="80"/>
      </w:pPr>
      <w:r>
        <w:rPr>
          <w:b/>
        </w:rPr>
        <w:t>HUKUKİ SEBEPLER:</w:t>
      </w:r>
    </w:p>
    <w:p>
      <w:pPr>
        <w:jc w:val="both"/>
      </w:pPr>
      <w:r>
        <w:rPr/>
        <w:t>2004 sayılı İcra ve İflas Kanunu m.50, m.62, m.66 ve ilgili mevzuat.</w:t>
      </w:r>
    </w:p>
    <w:p>
      <w:pPr>
        <w:keepNext/>
        <w:spacing w:before="200" w:after="80"/>
      </w:pPr>
      <w:r>
        <w:rPr>
          <w:b/>
        </w:rPr>
        <w:t>SONUÇ VE İSTEM:</w:t>
      </w:r>
    </w:p>
    <w:p>
      <w:pPr>
        <w:keepNext/>
        <w:jc w:val="both"/>
      </w:pPr>
      <w:r>
        <w:rPr/>
        <w:t>Yukarıda açıklanan nedenlerle; borca, imzaya, faize ve tüm ferilerine [ve icra dairesinin yetkisine] yaptığım itirazların kayda alınarak takibin durdurulmasını saygıyla arz ve talep ederim.</w:t>
      </w:r>
    </w:p>
    <w:p>
      <w:pPr>
        <w:keepNext/>
        <w:spacing w:before="360" w:after="0"/>
        <w:jc w:val="right"/>
      </w:pPr>
      <w:r>
        <w:rPr/>
        <w:t>[GG.AA.YYYY]</w:t>
      </w:r>
    </w:p>
    <w:p>
      <w:pPr>
        <w:keepNext/>
        <w:spacing w:after="0"/>
        <w:jc w:val="right"/>
      </w:pPr>
      <w:r>
        <w:rPr/>
        <w:t>Borçlu</w:t>
      </w:r>
    </w:p>
    <w:p>
      <w:pPr>
        <w:keepNext/>
        <w:spacing w:after="0"/>
        <w:jc w:val="right"/>
      </w:pPr>
      <w:r>
        <w:rPr/>
        <w:t>[Ad Soyad]</w:t>
      </w:r>
    </w:p>
    <w:p>
      <w:pPr>
        <w:keepNext/>
        <w:spacing w:after="0"/>
        <w:jc w:val="right"/>
      </w:pPr>
      <w:r>
        <w:rPr/>
        <w:t>[İmza]</w:t>
      </w:r>
    </w:p>
    <w:p>
      <w:pPr>
        <w:keepNext/>
        <w:spacing w:before="200" w:after="80"/>
      </w:pPr>
      <w:r>
        <w:rPr>
          <w:b/>
        </w:rPr>
        <w:t>EKLER:</w:t>
      </w:r>
    </w:p>
    <w:p>
      <w:pPr>
        <w:tabs>
          <w:tab w:pos="454" w:val="left"/>
        </w:tabs>
        <w:ind w:left="454" w:hanging="454"/>
        <w:jc w:val="both"/>
      </w:pPr>
      <w:r>
        <w:rPr/>
        <w:t>1.</w:t>
        <w:tab/>
        <w:t>Ödeme emri örneği</w:t>
      </w:r>
    </w:p>
    <w:p>
      <w:pPr>
        <w:tabs>
          <w:tab w:pos="454" w:val="left"/>
        </w:tabs>
        <w:ind w:left="454" w:hanging="454"/>
        <w:jc w:val="both"/>
      </w:pPr>
      <w:r>
        <w:rPr/>
        <w:t>2.</w:t>
        <w:tab/>
        <w:t>[Varsa ödeme dekontu / makbuz]</w:t>
      </w:r>
    </w:p>
    <w:sectPr w:rsidR="00FC693F" w:rsidRPr="0006063C" w:rsidSect="00034616">
      <w:footerReference w:type="default" r:id="rId9"/>
      <w:pgSz w:w="11906" w:h="16838"/>
      <w:pgMar w:top="1417" w:right="1417" w:bottom="1417" w:left="1417" w:header="720" w:footer="68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8"/>
      </w:rPr>
      <w:t xml:space="preserve">Sayfa </w:t>
    </w: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  <w:r>
      <w:rPr>
        <w:sz w:val="18"/>
      </w:rPr>
      <w:t xml:space="preserve"> / </w:t>
    </w:r>
    <w:r>
      <w:rPr>
        <w:sz w:val="18"/>
      </w:rPr>
      <w:fldChar w:fldCharType="begin"/>
    </w:r>
    <w:r>
      <w:rPr>
        <w:sz w:val="18"/>
      </w:rPr>
      <w:instrText xml:space="preserve"> NUMPAGES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Times New Roman" w:hAnsi="Times New Roman" w:cs="Times New Roman" w:eastAsia="Times New Roman"/>
      <w:sz w:val="24"/>
      <w:lang w:val="tr-TR" w:eastAsia="tr-TR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İcra takibine itiraz dilekçesi örneği (borca ve imzaya itiraz)</dc:title>
  <dc:subject>Dilekçe örneği</dc:subject>
  <dc:creator/>
  <cp:keywords/>
  <dc:description>Örnek metindir; somut olaya göre uyarlanmalıdır.</dc:description>
  <cp:lastModifiedBy/>
  <cp:revision>1</cp:revision>
  <dcterms:created xsi:type="dcterms:W3CDTF">2026-10-15T00:00:00Z</dcterms:created>
  <dcterms:modified xsi:type="dcterms:W3CDTF">2026-10-15T00:00:00Z</dcterms:modified>
  <cp:category/>
</cp:coreProperties>
</file>